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89B2D" w14:textId="77777777" w:rsidR="002D34CA" w:rsidRDefault="00000000">
      <w:pPr>
        <w:jc w:val="right"/>
      </w:pPr>
      <w:r>
        <w:rPr>
          <w:b/>
        </w:rPr>
        <w:t>Instytut Zootechniki – Państwowy Instytut Badawczy</w:t>
      </w:r>
      <w:r>
        <w:rPr>
          <w:b/>
        </w:rPr>
        <w:br/>
        <w:t>ul. Sarego 2</w:t>
      </w:r>
      <w:r>
        <w:rPr>
          <w:b/>
        </w:rPr>
        <w:br/>
        <w:t>31-047 Kraków</w:t>
      </w:r>
    </w:p>
    <w:p w14:paraId="7865E2FD" w14:textId="77777777" w:rsidR="002D34CA" w:rsidRDefault="00000000">
      <w:pPr>
        <w:jc w:val="center"/>
      </w:pPr>
      <w:r>
        <w:rPr>
          <w:b/>
          <w:sz w:val="30"/>
        </w:rPr>
        <w:t>WNIOSEK O UDOSTĘPNIENIE</w:t>
      </w:r>
      <w:r>
        <w:rPr>
          <w:b/>
          <w:sz w:val="30"/>
        </w:rPr>
        <w:br/>
        <w:t>INFORMACJI PUBLICZNEJ</w:t>
      </w:r>
    </w:p>
    <w:p w14:paraId="77C1F559" w14:textId="77777777" w:rsidR="002D34CA" w:rsidRDefault="00000000">
      <w:pPr>
        <w:spacing w:after="100"/>
      </w:pPr>
      <w:r>
        <w:t>Na podstawie ustawy z dnia 6 września 2001 r. o dostępie do informacji publicznej proszę o udostępnienie informacji publicznej w następującym zakresie:</w:t>
      </w:r>
    </w:p>
    <w:p w14:paraId="66EE57D5" w14:textId="77777777" w:rsidR="002D34CA" w:rsidRDefault="00000000">
      <w:pPr>
        <w:spacing w:after="60"/>
      </w:pPr>
      <w:r>
        <w:rPr>
          <w:sz w:val="20"/>
        </w:rPr>
        <w:t>.................................................................................................................................</w:t>
      </w:r>
    </w:p>
    <w:p w14:paraId="60AC73FF" w14:textId="77777777" w:rsidR="002D34CA" w:rsidRDefault="00000000">
      <w:pPr>
        <w:spacing w:after="60"/>
      </w:pPr>
      <w:r>
        <w:rPr>
          <w:sz w:val="20"/>
        </w:rPr>
        <w:t>.................................................................................................................................</w:t>
      </w:r>
    </w:p>
    <w:p w14:paraId="52EAF3DF" w14:textId="77777777" w:rsidR="002D34CA" w:rsidRDefault="00000000">
      <w:pPr>
        <w:spacing w:after="60"/>
      </w:pPr>
      <w:r>
        <w:rPr>
          <w:sz w:val="20"/>
        </w:rPr>
        <w:t>.................................................................................................................................</w:t>
      </w:r>
    </w:p>
    <w:p w14:paraId="1A9AA3FB" w14:textId="77777777" w:rsidR="002D34CA" w:rsidRDefault="00000000">
      <w:pPr>
        <w:spacing w:after="60"/>
      </w:pPr>
      <w:r>
        <w:rPr>
          <w:sz w:val="20"/>
        </w:rPr>
        <w:t>.................................................................................................................................</w:t>
      </w:r>
    </w:p>
    <w:p w14:paraId="3991923A" w14:textId="77777777" w:rsidR="002D34CA" w:rsidRDefault="00000000">
      <w:pPr>
        <w:spacing w:before="100" w:after="80"/>
      </w:pPr>
      <w:r>
        <w:rPr>
          <w:b/>
          <w:sz w:val="23"/>
        </w:rPr>
        <w:t>Preferowany sposób udostępnienia informacji</w:t>
      </w:r>
    </w:p>
    <w:p w14:paraId="20A37DD5" w14:textId="77777777" w:rsidR="002D34CA" w:rsidRDefault="00000000">
      <w:pPr>
        <w:spacing w:after="40"/>
        <w:ind w:left="113"/>
      </w:pPr>
      <w:r>
        <w:t>□ pocztą elektroniczną</w:t>
      </w:r>
    </w:p>
    <w:p w14:paraId="3B1F2826" w14:textId="77777777" w:rsidR="002D34CA" w:rsidRDefault="00000000">
      <w:pPr>
        <w:spacing w:after="40"/>
        <w:ind w:left="113"/>
      </w:pPr>
      <w:r>
        <w:t>□ w postaci kopii papierowej</w:t>
      </w:r>
    </w:p>
    <w:p w14:paraId="3554167E" w14:textId="77777777" w:rsidR="002D34CA" w:rsidRDefault="00000000">
      <w:pPr>
        <w:spacing w:after="40"/>
        <w:ind w:left="113"/>
      </w:pPr>
      <w:r>
        <w:t>□ do odbioru osobistego</w:t>
      </w:r>
    </w:p>
    <w:p w14:paraId="75EFADB2" w14:textId="77777777" w:rsidR="002D34CA" w:rsidRDefault="00000000">
      <w:pPr>
        <w:spacing w:after="40"/>
        <w:ind w:left="113"/>
      </w:pPr>
      <w:r>
        <w:t>□ inny sposób: ...............................................................................</w:t>
      </w:r>
    </w:p>
    <w:p w14:paraId="06E78246" w14:textId="77777777" w:rsidR="002D34CA" w:rsidRDefault="00000000">
      <w:pPr>
        <w:spacing w:before="100" w:after="80"/>
      </w:pPr>
      <w:r>
        <w:rPr>
          <w:b/>
          <w:sz w:val="23"/>
        </w:rPr>
        <w:t>Dane kontaktowe potrzebne do przekazania odpowiedzi</w:t>
      </w:r>
    </w:p>
    <w:p w14:paraId="7A7D6D99" w14:textId="77777777" w:rsidR="002D34CA" w:rsidRDefault="00000000">
      <w:pPr>
        <w:spacing w:after="60"/>
      </w:pPr>
      <w:r>
        <w:rPr>
          <w:sz w:val="20"/>
        </w:rPr>
        <w:t>.................................................................................................................................</w:t>
      </w:r>
    </w:p>
    <w:p w14:paraId="38E2934C" w14:textId="77777777" w:rsidR="002D34CA" w:rsidRDefault="00000000">
      <w:pPr>
        <w:spacing w:after="60"/>
      </w:pPr>
      <w:r>
        <w:rPr>
          <w:sz w:val="20"/>
        </w:rPr>
        <w:t>.................................................................................................................................</w:t>
      </w:r>
    </w:p>
    <w:p w14:paraId="6739A93E" w14:textId="77777777" w:rsidR="002D34CA" w:rsidRDefault="00000000">
      <w:pPr>
        <w:spacing w:after="100"/>
      </w:pPr>
      <w:r>
        <w:rPr>
          <w:i/>
          <w:sz w:val="18"/>
        </w:rPr>
        <w:t>Podanie danych kontaktowych jest potrzebne tylko w zakresie niezbędnym do przekazania odpowiedzi w wybrany sposób.</w:t>
      </w:r>
    </w:p>
    <w:p w14:paraId="2A1E992D" w14:textId="77777777" w:rsidR="002D34CA" w:rsidRDefault="00000000">
      <w:pPr>
        <w:spacing w:before="100" w:after="80"/>
      </w:pPr>
      <w:r>
        <w:rPr>
          <w:b/>
          <w:sz w:val="23"/>
        </w:rPr>
        <w:t>Informacje dla wnioskodawcy</w:t>
      </w:r>
    </w:p>
    <w:p w14:paraId="72E70B2B" w14:textId="77777777" w:rsidR="002D34CA" w:rsidRDefault="00000000">
      <w:pPr>
        <w:spacing w:after="80"/>
      </w:pPr>
      <w:r>
        <w:rPr>
          <w:sz w:val="19"/>
        </w:rPr>
        <w:t>Skorzystanie z niniejszego formularza jest dobrowolne. Wniosek o udostępnienie informacji publicznej nie wymaga szczególnej formy.</w:t>
      </w:r>
    </w:p>
    <w:p w14:paraId="24A456D3" w14:textId="77777777" w:rsidR="002D34CA" w:rsidRDefault="00000000">
      <w:pPr>
        <w:spacing w:after="80"/>
      </w:pPr>
      <w:r>
        <w:rPr>
          <w:sz w:val="19"/>
        </w:rPr>
        <w:t>Dostęp do informacji publicznej jest co do zasady bezpłatny. Jeżeli sposób udostępnienia informacji wskazany we wniosku powoduje poniesienie przez Instytut dodatkowych kosztów związanych ze sposobem udostępnienia lub koniecznością przekształcenia informacji, Instytut może pobrać opłatę odpowiadającą wysokości tych kosztów, zgodnie z art. 15 ustawy o dostępie do informacji publicznej.</w:t>
      </w:r>
    </w:p>
    <w:p w14:paraId="4FA3AD33" w14:textId="77777777" w:rsidR="002D34CA" w:rsidRDefault="00000000">
      <w:pPr>
        <w:spacing w:before="160" w:after="0"/>
      </w:pPr>
      <w:r>
        <w:rPr>
          <w:sz w:val="20"/>
        </w:rPr>
        <w:t>Miejscowość i data – opcjonalnie:  ................................................................................</w:t>
      </w:r>
    </w:p>
    <w:sectPr w:rsidR="002D34CA" w:rsidSect="00034616">
      <w:footerReference w:type="default" r:id="rId8"/>
      <w:pgSz w:w="11906" w:h="16838"/>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297C" w14:textId="77777777" w:rsidR="00D6370F" w:rsidRDefault="00D6370F">
      <w:pPr>
        <w:spacing w:after="0" w:line="240" w:lineRule="auto"/>
      </w:pPr>
      <w:r>
        <w:separator/>
      </w:r>
    </w:p>
  </w:endnote>
  <w:endnote w:type="continuationSeparator" w:id="0">
    <w:p w14:paraId="773A67D0" w14:textId="77777777" w:rsidR="00D6370F" w:rsidRDefault="00D63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81A0" w14:textId="77777777" w:rsidR="002D34CA" w:rsidRDefault="00000000">
    <w:pPr>
      <w:pStyle w:val="Stopka"/>
      <w:jc w:val="center"/>
    </w:pPr>
    <w:proofErr w:type="spellStart"/>
    <w:r>
      <w:rPr>
        <w:sz w:val="16"/>
      </w:rPr>
      <w:t>Pomocniczy</w:t>
    </w:r>
    <w:proofErr w:type="spellEnd"/>
    <w:r>
      <w:rPr>
        <w:sz w:val="16"/>
      </w:rPr>
      <w:t xml:space="preserve"> </w:t>
    </w:r>
    <w:proofErr w:type="spellStart"/>
    <w:r>
      <w:rPr>
        <w:sz w:val="16"/>
      </w:rPr>
      <w:t>wzór</w:t>
    </w:r>
    <w:proofErr w:type="spellEnd"/>
    <w:r>
      <w:rPr>
        <w:sz w:val="16"/>
      </w:rPr>
      <w:t xml:space="preserve"> </w:t>
    </w:r>
    <w:proofErr w:type="spellStart"/>
    <w:r>
      <w:rPr>
        <w:sz w:val="16"/>
      </w:rPr>
      <w:t>wniosku</w:t>
    </w:r>
    <w:proofErr w:type="spellEnd"/>
    <w:r>
      <w:rPr>
        <w:sz w:val="16"/>
      </w:rPr>
      <w:t xml:space="preserve"> – </w:t>
    </w:r>
    <w:proofErr w:type="spellStart"/>
    <w:r>
      <w:rPr>
        <w:sz w:val="16"/>
      </w:rPr>
      <w:t>skorzystanie</w:t>
    </w:r>
    <w:proofErr w:type="spellEnd"/>
    <w:r>
      <w:rPr>
        <w:sz w:val="16"/>
      </w:rPr>
      <w:t xml:space="preserve"> z </w:t>
    </w:r>
    <w:proofErr w:type="spellStart"/>
    <w:r>
      <w:rPr>
        <w:sz w:val="16"/>
      </w:rPr>
      <w:t>formularza</w:t>
    </w:r>
    <w:proofErr w:type="spellEnd"/>
    <w:r>
      <w:rPr>
        <w:sz w:val="16"/>
      </w:rPr>
      <w:t xml:space="preserve"> jest </w:t>
    </w:r>
    <w:proofErr w:type="spellStart"/>
    <w:r>
      <w:rPr>
        <w:sz w:val="16"/>
      </w:rPr>
      <w:t>dobrowolne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C08FA" w14:textId="77777777" w:rsidR="00D6370F" w:rsidRDefault="00D6370F">
      <w:pPr>
        <w:spacing w:after="0" w:line="240" w:lineRule="auto"/>
      </w:pPr>
      <w:r>
        <w:separator/>
      </w:r>
    </w:p>
  </w:footnote>
  <w:footnote w:type="continuationSeparator" w:id="0">
    <w:p w14:paraId="31A321E9" w14:textId="77777777" w:rsidR="00D6370F" w:rsidRDefault="00D63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975676629">
    <w:abstractNumId w:val="8"/>
  </w:num>
  <w:num w:numId="2" w16cid:durableId="2107916075">
    <w:abstractNumId w:val="6"/>
  </w:num>
  <w:num w:numId="3" w16cid:durableId="238101190">
    <w:abstractNumId w:val="5"/>
  </w:num>
  <w:num w:numId="4" w16cid:durableId="1528710296">
    <w:abstractNumId w:val="4"/>
  </w:num>
  <w:num w:numId="5" w16cid:durableId="938372420">
    <w:abstractNumId w:val="7"/>
  </w:num>
  <w:num w:numId="6" w16cid:durableId="1576936368">
    <w:abstractNumId w:val="3"/>
  </w:num>
  <w:num w:numId="7" w16cid:durableId="729698018">
    <w:abstractNumId w:val="2"/>
  </w:num>
  <w:num w:numId="8" w16cid:durableId="707221480">
    <w:abstractNumId w:val="1"/>
  </w:num>
  <w:num w:numId="9" w16cid:durableId="892698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34CA"/>
    <w:rsid w:val="00326F90"/>
    <w:rsid w:val="003C1BC8"/>
    <w:rsid w:val="00551BA2"/>
    <w:rsid w:val="00AA1D8D"/>
    <w:rsid w:val="00B47730"/>
    <w:rsid w:val="00CB0664"/>
    <w:rsid w:val="00D55F5E"/>
    <w:rsid w:val="00D637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A927BF"/>
  <w14:defaultImageDpi w14:val="300"/>
  <w15:docId w15:val="{94B20EAE-139A-468E-91C2-63B8B525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udostępnienie informacji publicznej</dc:title>
  <dc:subject>Pomocniczy, nieobowiązkowy wzór wniosku</dc:subject>
  <dc:creator>Instytut Zootechniki – Państwowy Instytut Badawczy</dc:creator>
  <cp:keywords/>
  <dc:description>generated by python-docx</dc:description>
  <cp:lastModifiedBy>Magdalena Stabryła-Tatko</cp:lastModifiedBy>
  <cp:revision>2</cp:revision>
  <dcterms:created xsi:type="dcterms:W3CDTF">2026-09-29T10:19:00Z</dcterms:created>
  <dcterms:modified xsi:type="dcterms:W3CDTF">2026-09-29T10:19:00Z</dcterms:modified>
  <cp:category/>
</cp:coreProperties>
</file>